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horzAnchor="margin" w:tblpXSpec="center" w:tblpY="-635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5493"/>
        <w:gridCol w:w="1517"/>
        <w:gridCol w:w="1072"/>
      </w:tblGrid>
      <w:tr w:rsidR="00281723" w:rsidRPr="00EF57E6" w14:paraId="2DE03887" w14:textId="77777777" w:rsidTr="00DA252C">
        <w:trPr>
          <w:trHeight w:val="232"/>
        </w:trPr>
        <w:tc>
          <w:tcPr>
            <w:tcW w:w="1836" w:type="dxa"/>
            <w:vMerge w:val="restart"/>
            <w:tcBorders>
              <w:right w:val="nil"/>
            </w:tcBorders>
          </w:tcPr>
          <w:p w14:paraId="5E4BDE9B" w14:textId="77777777" w:rsidR="00281723" w:rsidRPr="00EF57E6" w:rsidRDefault="00281723" w:rsidP="00DA252C">
            <w:pPr>
              <w:rPr>
                <w:sz w:val="20"/>
                <w:szCs w:val="20"/>
              </w:rPr>
            </w:pPr>
            <w:bookmarkStart w:id="0" w:name="_Hlk219202751"/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 wp14:anchorId="20B78F61" wp14:editId="3D044884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116205</wp:posOffset>
                  </wp:positionV>
                  <wp:extent cx="1028700" cy="1028700"/>
                  <wp:effectExtent l="0" t="0" r="0" b="0"/>
                  <wp:wrapTight wrapText="bothSides">
                    <wp:wrapPolygon edited="0">
                      <wp:start x="8267" y="0"/>
                      <wp:lineTo x="5867" y="800"/>
                      <wp:lineTo x="1600" y="3467"/>
                      <wp:lineTo x="0" y="8000"/>
                      <wp:lineTo x="0" y="13333"/>
                      <wp:lineTo x="1600" y="17867"/>
                      <wp:lineTo x="7200" y="21333"/>
                      <wp:lineTo x="8533" y="21333"/>
                      <wp:lineTo x="12800" y="21333"/>
                      <wp:lineTo x="14133" y="21333"/>
                      <wp:lineTo x="19733" y="17867"/>
                      <wp:lineTo x="21333" y="13333"/>
                      <wp:lineTo x="21333" y="8000"/>
                      <wp:lineTo x="20000" y="3733"/>
                      <wp:lineTo x="15467" y="800"/>
                      <wp:lineTo x="13067" y="0"/>
                      <wp:lineTo x="8267" y="0"/>
                    </wp:wrapPolygon>
                  </wp:wrapTight>
                  <wp:docPr id="1787425778" name="Picture 1" descr="Kurumsal Kimlik | Eskişehir Osmangazi Üniversite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PIYLaPTAKsmIxc8PhYK2yA0_17" descr="Kurumsal Kimlik | Eskişehir Osmangazi Üniversite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CFEFF"/>
                              </a:clrFrom>
                              <a:clrTo>
                                <a:srgbClr val="FCFE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57E6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 wp14:anchorId="685EC658" wp14:editId="16EC085F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26035</wp:posOffset>
                      </wp:positionV>
                      <wp:extent cx="240665" cy="237490"/>
                      <wp:effectExtent l="0" t="0" r="0" b="0"/>
                      <wp:wrapNone/>
                      <wp:docPr id="3" name="Metin Kutusu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665" cy="237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C9B936" w14:textId="77777777" w:rsidR="00281723" w:rsidRDefault="00281723" w:rsidP="00281723"/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5EC6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" o:spid="_x0000_s1026" type="#_x0000_t202" style="position:absolute;margin-left:1.45pt;margin-top:2.05pt;width:18.95pt;height:18.7pt;z-index:-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" filled="f" stroked="f">
                      <v:textbox style="mso-fit-shape-to-text:t">
                        <w:txbxContent>
                          <w:p w14:paraId="55C9B936" w14:textId="77777777" w:rsidR="00281723" w:rsidRDefault="00281723" w:rsidP="00281723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93" w:type="dxa"/>
            <w:vMerge w:val="restart"/>
            <w:tcBorders>
              <w:left w:val="nil"/>
            </w:tcBorders>
            <w:vAlign w:val="center"/>
          </w:tcPr>
          <w:p w14:paraId="1FA7BBA6" w14:textId="77777777" w:rsidR="00281723" w:rsidRPr="007F4AB3" w:rsidRDefault="00281723" w:rsidP="00DA252C">
            <w:pPr>
              <w:spacing w:line="228" w:lineRule="auto"/>
              <w:jc w:val="center"/>
              <w:rPr>
                <w:b/>
              </w:rPr>
            </w:pPr>
            <w:r w:rsidRPr="007F4AB3">
              <w:rPr>
                <w:b/>
              </w:rPr>
              <w:t>T.C.</w:t>
            </w:r>
          </w:p>
          <w:p w14:paraId="00D692E5" w14:textId="77777777" w:rsidR="00281723" w:rsidRPr="007F4AB3" w:rsidRDefault="00281723" w:rsidP="00DA252C">
            <w:pPr>
              <w:spacing w:line="228" w:lineRule="auto"/>
              <w:jc w:val="center"/>
              <w:rPr>
                <w:b/>
              </w:rPr>
            </w:pPr>
            <w:r w:rsidRPr="007F4AB3">
              <w:rPr>
                <w:b/>
              </w:rPr>
              <w:t xml:space="preserve"> ESKİŞEHİR OSMANGAZİ ÜNİVERSİTESİ </w:t>
            </w:r>
          </w:p>
          <w:p w14:paraId="42CE0886" w14:textId="77777777" w:rsidR="00281723" w:rsidRPr="00EF57E6" w:rsidRDefault="00281723" w:rsidP="00DA252C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FEN FAKÜLTESİ </w:t>
            </w:r>
          </w:p>
        </w:tc>
        <w:tc>
          <w:tcPr>
            <w:tcW w:w="1517" w:type="dxa"/>
            <w:vAlign w:val="center"/>
          </w:tcPr>
          <w:p w14:paraId="7529D265" w14:textId="77777777" w:rsidR="00281723" w:rsidRPr="00EF57E6" w:rsidRDefault="00281723" w:rsidP="00DA252C">
            <w:pPr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DOKÜMAN NO</w:t>
            </w:r>
          </w:p>
        </w:tc>
        <w:tc>
          <w:tcPr>
            <w:tcW w:w="1072" w:type="dxa"/>
            <w:vAlign w:val="center"/>
          </w:tcPr>
          <w:p w14:paraId="60797090" w14:textId="77777777" w:rsidR="00281723" w:rsidRPr="00EF57E6" w:rsidRDefault="00281723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</w:p>
        </w:tc>
      </w:tr>
      <w:tr w:rsidR="00281723" w:rsidRPr="00EF57E6" w14:paraId="5E1A822D" w14:textId="77777777" w:rsidTr="00DA252C">
        <w:trPr>
          <w:trHeight w:val="232"/>
        </w:trPr>
        <w:tc>
          <w:tcPr>
            <w:tcW w:w="1836" w:type="dxa"/>
            <w:vMerge/>
            <w:tcBorders>
              <w:right w:val="nil"/>
            </w:tcBorders>
          </w:tcPr>
          <w:p w14:paraId="0DE56252" w14:textId="77777777" w:rsidR="00281723" w:rsidRPr="00EF57E6" w:rsidRDefault="00281723" w:rsidP="00DA252C">
            <w:pPr>
              <w:rPr>
                <w:sz w:val="48"/>
                <w:szCs w:val="48"/>
              </w:rPr>
            </w:pPr>
          </w:p>
        </w:tc>
        <w:tc>
          <w:tcPr>
            <w:tcW w:w="5493" w:type="dxa"/>
            <w:vMerge/>
            <w:tcBorders>
              <w:left w:val="nil"/>
            </w:tcBorders>
          </w:tcPr>
          <w:p w14:paraId="33F99E02" w14:textId="77777777" w:rsidR="00281723" w:rsidRPr="00EF57E6" w:rsidRDefault="00281723" w:rsidP="00DA25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7" w:type="dxa"/>
            <w:vAlign w:val="center"/>
          </w:tcPr>
          <w:p w14:paraId="0A2F91BD" w14:textId="77777777" w:rsidR="00281723" w:rsidRPr="00EF57E6" w:rsidRDefault="00281723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YAYIN TARİHİ</w:t>
            </w:r>
          </w:p>
        </w:tc>
        <w:tc>
          <w:tcPr>
            <w:tcW w:w="1072" w:type="dxa"/>
            <w:vAlign w:val="center"/>
          </w:tcPr>
          <w:p w14:paraId="5DF6BF6C" w14:textId="77777777" w:rsidR="00281723" w:rsidRPr="00EF57E6" w:rsidRDefault="00281723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</w:p>
        </w:tc>
      </w:tr>
      <w:tr w:rsidR="00281723" w:rsidRPr="00EF57E6" w14:paraId="18F10FFF" w14:textId="77777777" w:rsidTr="00DA252C">
        <w:trPr>
          <w:trHeight w:val="233"/>
        </w:trPr>
        <w:tc>
          <w:tcPr>
            <w:tcW w:w="1836" w:type="dxa"/>
            <w:vMerge/>
            <w:tcBorders>
              <w:right w:val="nil"/>
            </w:tcBorders>
          </w:tcPr>
          <w:p w14:paraId="3A00E06C" w14:textId="77777777" w:rsidR="00281723" w:rsidRPr="00EF57E6" w:rsidRDefault="00281723" w:rsidP="00DA252C">
            <w:pPr>
              <w:rPr>
                <w:sz w:val="48"/>
                <w:szCs w:val="48"/>
              </w:rPr>
            </w:pPr>
          </w:p>
        </w:tc>
        <w:tc>
          <w:tcPr>
            <w:tcW w:w="5493" w:type="dxa"/>
            <w:vMerge/>
            <w:tcBorders>
              <w:left w:val="nil"/>
            </w:tcBorders>
          </w:tcPr>
          <w:p w14:paraId="4EAE7489" w14:textId="77777777" w:rsidR="00281723" w:rsidRPr="00EF57E6" w:rsidRDefault="00281723" w:rsidP="00DA25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7" w:type="dxa"/>
            <w:vAlign w:val="center"/>
          </w:tcPr>
          <w:p w14:paraId="15B99BCA" w14:textId="77777777" w:rsidR="00281723" w:rsidRPr="00EF57E6" w:rsidRDefault="00281723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REVİZYON NO</w:t>
            </w:r>
          </w:p>
        </w:tc>
        <w:tc>
          <w:tcPr>
            <w:tcW w:w="1072" w:type="dxa"/>
            <w:vAlign w:val="center"/>
          </w:tcPr>
          <w:p w14:paraId="0C9A5D11" w14:textId="77777777" w:rsidR="00281723" w:rsidRPr="00EF57E6" w:rsidRDefault="00281723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</w:p>
        </w:tc>
      </w:tr>
      <w:tr w:rsidR="00281723" w:rsidRPr="00EF57E6" w14:paraId="64C9A254" w14:textId="77777777" w:rsidTr="00DA252C">
        <w:trPr>
          <w:trHeight w:val="232"/>
        </w:trPr>
        <w:tc>
          <w:tcPr>
            <w:tcW w:w="1836" w:type="dxa"/>
            <w:vMerge/>
            <w:tcBorders>
              <w:right w:val="nil"/>
            </w:tcBorders>
          </w:tcPr>
          <w:p w14:paraId="72FF73AA" w14:textId="77777777" w:rsidR="00281723" w:rsidRPr="00EF57E6" w:rsidRDefault="00281723" w:rsidP="00DA252C">
            <w:pPr>
              <w:rPr>
                <w:sz w:val="48"/>
                <w:szCs w:val="48"/>
              </w:rPr>
            </w:pPr>
          </w:p>
        </w:tc>
        <w:tc>
          <w:tcPr>
            <w:tcW w:w="5493" w:type="dxa"/>
            <w:vMerge/>
            <w:tcBorders>
              <w:left w:val="nil"/>
            </w:tcBorders>
          </w:tcPr>
          <w:p w14:paraId="4D052C48" w14:textId="77777777" w:rsidR="00281723" w:rsidRPr="00EF57E6" w:rsidRDefault="00281723" w:rsidP="00DA25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7" w:type="dxa"/>
            <w:vAlign w:val="center"/>
          </w:tcPr>
          <w:p w14:paraId="5A8092CE" w14:textId="77777777" w:rsidR="00281723" w:rsidRPr="00EF57E6" w:rsidRDefault="00281723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REVİZYON TAR.</w:t>
            </w:r>
          </w:p>
        </w:tc>
        <w:tc>
          <w:tcPr>
            <w:tcW w:w="1072" w:type="dxa"/>
            <w:vAlign w:val="center"/>
          </w:tcPr>
          <w:p w14:paraId="118CE213" w14:textId="77777777" w:rsidR="00281723" w:rsidRPr="00EF57E6" w:rsidRDefault="00281723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</w:p>
        </w:tc>
      </w:tr>
      <w:tr w:rsidR="00281723" w:rsidRPr="00EF57E6" w14:paraId="33961BDC" w14:textId="77777777" w:rsidTr="00DA252C">
        <w:trPr>
          <w:trHeight w:val="233"/>
        </w:trPr>
        <w:tc>
          <w:tcPr>
            <w:tcW w:w="1836" w:type="dxa"/>
            <w:vMerge/>
            <w:tcBorders>
              <w:right w:val="nil"/>
            </w:tcBorders>
          </w:tcPr>
          <w:p w14:paraId="26656FE5" w14:textId="77777777" w:rsidR="00281723" w:rsidRPr="00EF57E6" w:rsidRDefault="00281723" w:rsidP="00DA252C">
            <w:pPr>
              <w:rPr>
                <w:sz w:val="48"/>
                <w:szCs w:val="48"/>
              </w:rPr>
            </w:pPr>
          </w:p>
        </w:tc>
        <w:tc>
          <w:tcPr>
            <w:tcW w:w="5493" w:type="dxa"/>
            <w:vMerge/>
            <w:tcBorders>
              <w:left w:val="nil"/>
            </w:tcBorders>
          </w:tcPr>
          <w:p w14:paraId="1C8275F1" w14:textId="77777777" w:rsidR="00281723" w:rsidRPr="00EF57E6" w:rsidRDefault="00281723" w:rsidP="00DA25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7" w:type="dxa"/>
            <w:vAlign w:val="center"/>
          </w:tcPr>
          <w:p w14:paraId="53F3588B" w14:textId="77777777" w:rsidR="00281723" w:rsidRPr="00EF57E6" w:rsidRDefault="00281723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SAYFA</w:t>
            </w:r>
          </w:p>
        </w:tc>
        <w:tc>
          <w:tcPr>
            <w:tcW w:w="1072" w:type="dxa"/>
            <w:vAlign w:val="center"/>
          </w:tcPr>
          <w:p w14:paraId="3998BCF7" w14:textId="77777777" w:rsidR="00281723" w:rsidRPr="00EF57E6" w:rsidRDefault="00281723" w:rsidP="00DA252C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780B98">
              <w:rPr>
                <w:b/>
                <w:bCs/>
                <w:sz w:val="16"/>
                <w:szCs w:val="16"/>
              </w:rPr>
              <w:fldChar w:fldCharType="begin"/>
            </w:r>
            <w:r w:rsidRPr="00780B98">
              <w:rPr>
                <w:b/>
                <w:bCs/>
                <w:sz w:val="16"/>
                <w:szCs w:val="16"/>
              </w:rPr>
              <w:instrText>PAGE  \* Arabic  \* MERGEFORMAT</w:instrText>
            </w:r>
            <w:r w:rsidRPr="00780B98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</w:t>
            </w:r>
            <w:r w:rsidRPr="00780B98">
              <w:rPr>
                <w:b/>
                <w:bCs/>
                <w:sz w:val="16"/>
                <w:szCs w:val="16"/>
              </w:rPr>
              <w:fldChar w:fldCharType="end"/>
            </w:r>
            <w:r w:rsidRPr="00780B98">
              <w:rPr>
                <w:b/>
                <w:sz w:val="16"/>
                <w:szCs w:val="16"/>
              </w:rPr>
              <w:t xml:space="preserve"> / </w:t>
            </w:r>
            <w:r w:rsidRPr="00780B98">
              <w:rPr>
                <w:b/>
                <w:bCs/>
                <w:sz w:val="16"/>
                <w:szCs w:val="16"/>
              </w:rPr>
              <w:fldChar w:fldCharType="begin"/>
            </w:r>
            <w:r w:rsidRPr="00780B98">
              <w:rPr>
                <w:b/>
                <w:bCs/>
                <w:sz w:val="16"/>
                <w:szCs w:val="16"/>
              </w:rPr>
              <w:instrText>NUMPAGES  \* Arabic  \* MERGEFORMAT</w:instrText>
            </w:r>
            <w:r w:rsidRPr="00780B98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</w:t>
            </w:r>
            <w:r w:rsidRPr="00780B98">
              <w:rPr>
                <w:b/>
                <w:bCs/>
                <w:sz w:val="16"/>
                <w:szCs w:val="16"/>
              </w:rPr>
              <w:fldChar w:fldCharType="end"/>
            </w:r>
          </w:p>
        </w:tc>
      </w:tr>
    </w:tbl>
    <w:bookmarkEnd w:id="0"/>
    <w:p w14:paraId="5519FDEE" w14:textId="463E64CE" w:rsidR="00DF7D88" w:rsidRPr="00281723" w:rsidRDefault="00431FC6" w:rsidP="00281723">
      <w:pPr>
        <w:pStyle w:val="Balk1"/>
        <w:spacing w:line="360" w:lineRule="auto"/>
        <w:jc w:val="center"/>
        <w:rPr>
          <w:sz w:val="32"/>
          <w:szCs w:val="32"/>
        </w:rPr>
      </w:pPr>
      <w:r w:rsidRPr="00281723">
        <w:rPr>
          <w:sz w:val="32"/>
          <w:szCs w:val="32"/>
        </w:rPr>
        <w:t>Laboratuvar Ekipmanları Kullanım İzni ve Taahhütnamesi</w:t>
      </w:r>
    </w:p>
    <w:p w14:paraId="612F8786" w14:textId="2BC6D283" w:rsidR="00DF7D88" w:rsidRDefault="00431FC6" w:rsidP="00281723">
      <w:pPr>
        <w:spacing w:line="360" w:lineRule="auto"/>
        <w:ind w:firstLine="567"/>
      </w:pPr>
      <w:r>
        <w:t>Aşağıda yer alan ekipmanlar dışında herhangi bir cihazı izinsiz kullanmayacağımı,</w:t>
      </w:r>
      <w:r w:rsidR="000944D3">
        <w:t xml:space="preserve"> </w:t>
      </w:r>
      <w:r>
        <w:t>sadece bu cihazlar için eğitim aldığımı ve bu kapsam dışında kullanımın sorumluluğunu kabul e</w:t>
      </w:r>
      <w:r w:rsidR="000944D3">
        <w:t>d</w:t>
      </w:r>
      <w:r>
        <w:t>eceğimi beyan ederim.</w:t>
      </w:r>
      <w: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4"/>
        <w:gridCol w:w="3399"/>
        <w:gridCol w:w="1867"/>
      </w:tblGrid>
      <w:tr w:rsidR="00DF7D88" w14:paraId="250FD8A8" w14:textId="77777777" w:rsidTr="00395AB0">
        <w:tc>
          <w:tcPr>
            <w:tcW w:w="3369" w:type="dxa"/>
          </w:tcPr>
          <w:p w14:paraId="776F0761" w14:textId="77777777" w:rsidR="00DF7D88" w:rsidRDefault="00431FC6" w:rsidP="00395AB0">
            <w:pPr>
              <w:spacing w:line="240" w:lineRule="auto"/>
            </w:pPr>
            <w:r>
              <w:t>Cihaz Adı</w:t>
            </w:r>
          </w:p>
        </w:tc>
        <w:tc>
          <w:tcPr>
            <w:tcW w:w="3402" w:type="dxa"/>
          </w:tcPr>
          <w:p w14:paraId="797AFD0F" w14:textId="77777777" w:rsidR="00DF7D88" w:rsidRDefault="00431FC6" w:rsidP="00395AB0">
            <w:pPr>
              <w:spacing w:line="240" w:lineRule="auto"/>
            </w:pPr>
            <w:r>
              <w:t>Marka/Model</w:t>
            </w:r>
          </w:p>
        </w:tc>
        <w:tc>
          <w:tcPr>
            <w:tcW w:w="1869" w:type="dxa"/>
          </w:tcPr>
          <w:p w14:paraId="7E4B2D25" w14:textId="77777777" w:rsidR="00DF7D88" w:rsidRDefault="00431FC6" w:rsidP="00395AB0">
            <w:pPr>
              <w:spacing w:line="240" w:lineRule="auto"/>
            </w:pPr>
            <w:r>
              <w:t>Eğitim Tarihi</w:t>
            </w:r>
          </w:p>
        </w:tc>
      </w:tr>
      <w:tr w:rsidR="000944D3" w14:paraId="08266A1F" w14:textId="77777777" w:rsidTr="00395AB0">
        <w:tc>
          <w:tcPr>
            <w:tcW w:w="3369" w:type="dxa"/>
          </w:tcPr>
          <w:p w14:paraId="79CC3219" w14:textId="77777777" w:rsidR="000944D3" w:rsidRDefault="000944D3" w:rsidP="00395AB0">
            <w:pPr>
              <w:spacing w:line="240" w:lineRule="auto"/>
            </w:pPr>
          </w:p>
        </w:tc>
        <w:tc>
          <w:tcPr>
            <w:tcW w:w="3402" w:type="dxa"/>
          </w:tcPr>
          <w:p w14:paraId="29AAF44D" w14:textId="77777777" w:rsidR="000944D3" w:rsidRDefault="000944D3" w:rsidP="00395AB0">
            <w:pPr>
              <w:spacing w:line="240" w:lineRule="auto"/>
            </w:pPr>
          </w:p>
        </w:tc>
        <w:tc>
          <w:tcPr>
            <w:tcW w:w="1869" w:type="dxa"/>
          </w:tcPr>
          <w:p w14:paraId="1E6AF42F" w14:textId="77777777" w:rsidR="000944D3" w:rsidRDefault="000944D3" w:rsidP="00395AB0">
            <w:pPr>
              <w:spacing w:line="240" w:lineRule="auto"/>
            </w:pPr>
          </w:p>
        </w:tc>
      </w:tr>
      <w:tr w:rsidR="000944D3" w14:paraId="562EFF34" w14:textId="77777777" w:rsidTr="00395AB0">
        <w:tc>
          <w:tcPr>
            <w:tcW w:w="3369" w:type="dxa"/>
          </w:tcPr>
          <w:p w14:paraId="26E67715" w14:textId="77777777" w:rsidR="000944D3" w:rsidRDefault="000944D3" w:rsidP="00395AB0">
            <w:pPr>
              <w:spacing w:line="240" w:lineRule="auto"/>
            </w:pPr>
          </w:p>
        </w:tc>
        <w:tc>
          <w:tcPr>
            <w:tcW w:w="3402" w:type="dxa"/>
          </w:tcPr>
          <w:p w14:paraId="72732316" w14:textId="77777777" w:rsidR="000944D3" w:rsidRDefault="000944D3" w:rsidP="00395AB0">
            <w:pPr>
              <w:spacing w:line="240" w:lineRule="auto"/>
            </w:pPr>
          </w:p>
        </w:tc>
        <w:tc>
          <w:tcPr>
            <w:tcW w:w="1869" w:type="dxa"/>
          </w:tcPr>
          <w:p w14:paraId="4616079D" w14:textId="77777777" w:rsidR="000944D3" w:rsidRDefault="000944D3" w:rsidP="00395AB0">
            <w:pPr>
              <w:spacing w:line="240" w:lineRule="auto"/>
            </w:pPr>
          </w:p>
        </w:tc>
      </w:tr>
      <w:tr w:rsidR="000944D3" w14:paraId="77A30DC5" w14:textId="77777777" w:rsidTr="00395AB0">
        <w:tc>
          <w:tcPr>
            <w:tcW w:w="3369" w:type="dxa"/>
          </w:tcPr>
          <w:p w14:paraId="640160AE" w14:textId="77777777" w:rsidR="000944D3" w:rsidRDefault="000944D3" w:rsidP="00395AB0">
            <w:pPr>
              <w:spacing w:line="240" w:lineRule="auto"/>
            </w:pPr>
          </w:p>
        </w:tc>
        <w:tc>
          <w:tcPr>
            <w:tcW w:w="3402" w:type="dxa"/>
          </w:tcPr>
          <w:p w14:paraId="23E6D78B" w14:textId="77777777" w:rsidR="000944D3" w:rsidRDefault="000944D3" w:rsidP="00395AB0">
            <w:pPr>
              <w:spacing w:line="240" w:lineRule="auto"/>
            </w:pPr>
          </w:p>
        </w:tc>
        <w:tc>
          <w:tcPr>
            <w:tcW w:w="1869" w:type="dxa"/>
          </w:tcPr>
          <w:p w14:paraId="69E7AB49" w14:textId="77777777" w:rsidR="000944D3" w:rsidRDefault="000944D3" w:rsidP="00395AB0">
            <w:pPr>
              <w:spacing w:line="240" w:lineRule="auto"/>
            </w:pPr>
          </w:p>
        </w:tc>
      </w:tr>
      <w:tr w:rsidR="000944D3" w14:paraId="5A12FE94" w14:textId="77777777" w:rsidTr="00395AB0">
        <w:tc>
          <w:tcPr>
            <w:tcW w:w="3369" w:type="dxa"/>
          </w:tcPr>
          <w:p w14:paraId="6711B423" w14:textId="77777777" w:rsidR="000944D3" w:rsidRDefault="000944D3" w:rsidP="00395AB0">
            <w:pPr>
              <w:spacing w:line="240" w:lineRule="auto"/>
            </w:pPr>
          </w:p>
        </w:tc>
        <w:tc>
          <w:tcPr>
            <w:tcW w:w="3402" w:type="dxa"/>
          </w:tcPr>
          <w:p w14:paraId="2D3893B5" w14:textId="77777777" w:rsidR="000944D3" w:rsidRDefault="000944D3" w:rsidP="00395AB0">
            <w:pPr>
              <w:spacing w:line="240" w:lineRule="auto"/>
            </w:pPr>
          </w:p>
        </w:tc>
        <w:tc>
          <w:tcPr>
            <w:tcW w:w="1869" w:type="dxa"/>
          </w:tcPr>
          <w:p w14:paraId="6E875D4B" w14:textId="77777777" w:rsidR="000944D3" w:rsidRDefault="000944D3" w:rsidP="00395AB0">
            <w:pPr>
              <w:spacing w:line="240" w:lineRule="auto"/>
            </w:pPr>
          </w:p>
        </w:tc>
      </w:tr>
      <w:tr w:rsidR="000944D3" w14:paraId="695C81EA" w14:textId="77777777" w:rsidTr="00395AB0">
        <w:tc>
          <w:tcPr>
            <w:tcW w:w="3369" w:type="dxa"/>
          </w:tcPr>
          <w:p w14:paraId="25BD6908" w14:textId="77777777" w:rsidR="000944D3" w:rsidRDefault="000944D3" w:rsidP="00395AB0">
            <w:pPr>
              <w:spacing w:line="240" w:lineRule="auto"/>
            </w:pPr>
          </w:p>
        </w:tc>
        <w:tc>
          <w:tcPr>
            <w:tcW w:w="3402" w:type="dxa"/>
          </w:tcPr>
          <w:p w14:paraId="6E7315A5" w14:textId="77777777" w:rsidR="000944D3" w:rsidRDefault="000944D3" w:rsidP="00395AB0">
            <w:pPr>
              <w:spacing w:line="240" w:lineRule="auto"/>
            </w:pPr>
          </w:p>
        </w:tc>
        <w:tc>
          <w:tcPr>
            <w:tcW w:w="1869" w:type="dxa"/>
          </w:tcPr>
          <w:p w14:paraId="50124E8E" w14:textId="77777777" w:rsidR="000944D3" w:rsidRDefault="000944D3" w:rsidP="00395AB0">
            <w:pPr>
              <w:spacing w:line="240" w:lineRule="auto"/>
            </w:pPr>
          </w:p>
        </w:tc>
      </w:tr>
      <w:tr w:rsidR="000944D3" w14:paraId="54F47158" w14:textId="77777777" w:rsidTr="00395AB0">
        <w:tc>
          <w:tcPr>
            <w:tcW w:w="3369" w:type="dxa"/>
          </w:tcPr>
          <w:p w14:paraId="1CF0D02B" w14:textId="77777777" w:rsidR="000944D3" w:rsidRDefault="000944D3" w:rsidP="00395AB0">
            <w:pPr>
              <w:spacing w:line="240" w:lineRule="auto"/>
            </w:pPr>
          </w:p>
        </w:tc>
        <w:tc>
          <w:tcPr>
            <w:tcW w:w="3402" w:type="dxa"/>
          </w:tcPr>
          <w:p w14:paraId="5D6EB326" w14:textId="77777777" w:rsidR="000944D3" w:rsidRDefault="000944D3" w:rsidP="00395AB0">
            <w:pPr>
              <w:spacing w:line="240" w:lineRule="auto"/>
            </w:pPr>
          </w:p>
        </w:tc>
        <w:tc>
          <w:tcPr>
            <w:tcW w:w="1869" w:type="dxa"/>
          </w:tcPr>
          <w:p w14:paraId="7ADB951D" w14:textId="77777777" w:rsidR="000944D3" w:rsidRDefault="000944D3" w:rsidP="00395AB0">
            <w:pPr>
              <w:spacing w:line="240" w:lineRule="auto"/>
            </w:pPr>
          </w:p>
        </w:tc>
      </w:tr>
      <w:tr w:rsidR="000944D3" w14:paraId="43F4D3E0" w14:textId="77777777" w:rsidTr="00395AB0">
        <w:tc>
          <w:tcPr>
            <w:tcW w:w="3369" w:type="dxa"/>
          </w:tcPr>
          <w:p w14:paraId="40AD27E4" w14:textId="77777777" w:rsidR="000944D3" w:rsidRDefault="000944D3" w:rsidP="00395AB0">
            <w:pPr>
              <w:spacing w:line="240" w:lineRule="auto"/>
            </w:pPr>
          </w:p>
        </w:tc>
        <w:tc>
          <w:tcPr>
            <w:tcW w:w="3402" w:type="dxa"/>
          </w:tcPr>
          <w:p w14:paraId="4DE03762" w14:textId="77777777" w:rsidR="000944D3" w:rsidRDefault="000944D3" w:rsidP="00395AB0">
            <w:pPr>
              <w:spacing w:line="240" w:lineRule="auto"/>
            </w:pPr>
          </w:p>
        </w:tc>
        <w:tc>
          <w:tcPr>
            <w:tcW w:w="1869" w:type="dxa"/>
          </w:tcPr>
          <w:p w14:paraId="2DB99779" w14:textId="77777777" w:rsidR="000944D3" w:rsidRDefault="000944D3" w:rsidP="00395AB0">
            <w:pPr>
              <w:spacing w:line="240" w:lineRule="auto"/>
            </w:pPr>
          </w:p>
        </w:tc>
      </w:tr>
    </w:tbl>
    <w:p w14:paraId="1C8FD31C" w14:textId="77777777" w:rsidR="000944D3" w:rsidRDefault="000944D3" w:rsidP="0080159F">
      <w:pPr>
        <w:spacing w:line="360" w:lineRule="auto"/>
      </w:pPr>
    </w:p>
    <w:p w14:paraId="5CAF0FDD" w14:textId="59481E3B" w:rsidR="000944D3" w:rsidRDefault="00431FC6" w:rsidP="001879D6">
      <w:pPr>
        <w:spacing w:line="360" w:lineRule="auto"/>
        <w:jc w:val="both"/>
      </w:pPr>
      <w:r>
        <w:t xml:space="preserve"> Yukarıda belirtilen cihazlar dışında başka bir ekipmanı izinsiz kullanmayacağımı taahhüt ederim.  </w:t>
      </w:r>
      <w:r>
        <w:br/>
        <w:t xml:space="preserve"> Cihazları laboratuvar kurallarına uygun şekilde kullanacağımı kabul ederim.  </w:t>
      </w:r>
      <w:r>
        <w:br/>
        <w:t xml:space="preserve">Olası arıza </w:t>
      </w:r>
      <w:r w:rsidR="00281723">
        <w:t>veya</w:t>
      </w:r>
      <w:r>
        <w:t xml:space="preserve"> sorun durumunda derhal sorumlu kişiye bilgi vereceğim.</w:t>
      </w:r>
    </w:p>
    <w:tbl>
      <w:tblPr>
        <w:tblStyle w:val="TabloKlavuzu"/>
        <w:tblW w:w="5586" w:type="dxa"/>
        <w:tblInd w:w="4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4202"/>
      </w:tblGrid>
      <w:tr w:rsidR="000944D3" w14:paraId="58C6DB98" w14:textId="77777777" w:rsidTr="00281723">
        <w:trPr>
          <w:trHeight w:val="280"/>
        </w:trPr>
        <w:tc>
          <w:tcPr>
            <w:tcW w:w="1384" w:type="dxa"/>
          </w:tcPr>
          <w:p w14:paraId="43007191" w14:textId="77777777" w:rsidR="000944D3" w:rsidRDefault="000944D3" w:rsidP="0080159F">
            <w:pPr>
              <w:spacing w:line="360" w:lineRule="auto"/>
            </w:pPr>
            <w:r>
              <w:t>Ad Soyad:</w:t>
            </w:r>
          </w:p>
        </w:tc>
        <w:tc>
          <w:tcPr>
            <w:tcW w:w="4202" w:type="dxa"/>
          </w:tcPr>
          <w:p w14:paraId="0311B12E" w14:textId="77777777" w:rsidR="000944D3" w:rsidRDefault="000944D3" w:rsidP="0080159F">
            <w:pPr>
              <w:spacing w:line="360" w:lineRule="auto"/>
            </w:pPr>
          </w:p>
        </w:tc>
      </w:tr>
      <w:tr w:rsidR="000944D3" w14:paraId="78F793E1" w14:textId="77777777" w:rsidTr="00281723">
        <w:trPr>
          <w:trHeight w:val="292"/>
        </w:trPr>
        <w:tc>
          <w:tcPr>
            <w:tcW w:w="1384" w:type="dxa"/>
          </w:tcPr>
          <w:p w14:paraId="5FE344AA" w14:textId="77777777" w:rsidR="000944D3" w:rsidRDefault="000944D3" w:rsidP="0080159F">
            <w:pPr>
              <w:spacing w:line="360" w:lineRule="auto"/>
            </w:pPr>
            <w:r>
              <w:t>Tarih:</w:t>
            </w:r>
          </w:p>
        </w:tc>
        <w:tc>
          <w:tcPr>
            <w:tcW w:w="4202" w:type="dxa"/>
          </w:tcPr>
          <w:p w14:paraId="2CCE1490" w14:textId="77777777" w:rsidR="000944D3" w:rsidRDefault="000944D3" w:rsidP="0080159F">
            <w:pPr>
              <w:spacing w:line="360" w:lineRule="auto"/>
            </w:pPr>
          </w:p>
        </w:tc>
      </w:tr>
      <w:tr w:rsidR="000944D3" w14:paraId="2BE89C72" w14:textId="77777777" w:rsidTr="00281723">
        <w:trPr>
          <w:trHeight w:val="280"/>
        </w:trPr>
        <w:tc>
          <w:tcPr>
            <w:tcW w:w="1384" w:type="dxa"/>
          </w:tcPr>
          <w:p w14:paraId="4CF10816" w14:textId="77777777" w:rsidR="000944D3" w:rsidRDefault="000944D3" w:rsidP="0080159F">
            <w:pPr>
              <w:spacing w:line="360" w:lineRule="auto"/>
            </w:pPr>
            <w:r>
              <w:t>İmza:</w:t>
            </w:r>
          </w:p>
        </w:tc>
        <w:tc>
          <w:tcPr>
            <w:tcW w:w="4202" w:type="dxa"/>
          </w:tcPr>
          <w:p w14:paraId="55D01CAA" w14:textId="77777777" w:rsidR="000944D3" w:rsidRDefault="000944D3" w:rsidP="0080159F">
            <w:pPr>
              <w:spacing w:line="360" w:lineRule="auto"/>
            </w:pPr>
          </w:p>
        </w:tc>
      </w:tr>
    </w:tbl>
    <w:p w14:paraId="6BF77461" w14:textId="6BEF76D7" w:rsidR="00DF7D88" w:rsidRDefault="00DF7D88" w:rsidP="0080159F">
      <w:pPr>
        <w:spacing w:line="360" w:lineRule="auto"/>
      </w:pPr>
    </w:p>
    <w:sectPr w:rsidR="00DF7D88" w:rsidSect="006221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50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E9E6FA" w14:textId="77777777" w:rsidR="002B4E90" w:rsidRDefault="002B4E90" w:rsidP="0062216A">
      <w:pPr>
        <w:spacing w:after="0" w:line="240" w:lineRule="auto"/>
      </w:pPr>
      <w:r>
        <w:separator/>
      </w:r>
    </w:p>
  </w:endnote>
  <w:endnote w:type="continuationSeparator" w:id="0">
    <w:p w14:paraId="47A9F79C" w14:textId="77777777" w:rsidR="002B4E90" w:rsidRDefault="002B4E90" w:rsidP="00622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52AEBF" w14:textId="77777777" w:rsidR="0062216A" w:rsidRDefault="006221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767C73" w14:textId="77777777" w:rsidR="0062216A" w:rsidRDefault="0062216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9C8D41" w14:textId="77777777" w:rsidR="0062216A" w:rsidRDefault="006221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D22E8C" w14:textId="77777777" w:rsidR="002B4E90" w:rsidRDefault="002B4E90" w:rsidP="0062216A">
      <w:pPr>
        <w:spacing w:after="0" w:line="240" w:lineRule="auto"/>
      </w:pPr>
      <w:r>
        <w:separator/>
      </w:r>
    </w:p>
  </w:footnote>
  <w:footnote w:type="continuationSeparator" w:id="0">
    <w:p w14:paraId="03599B15" w14:textId="77777777" w:rsidR="002B4E90" w:rsidRDefault="002B4E90" w:rsidP="00622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4C4EF2" w14:textId="77777777" w:rsidR="0062216A" w:rsidRDefault="006221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C3ED38" w14:textId="6CD3DF46" w:rsidR="0062216A" w:rsidRDefault="0062216A">
    <w:pPr>
      <w:pStyle w:val="stBilgi"/>
    </w:pPr>
    <w:r>
      <w:t>EK4</w:t>
    </w:r>
  </w:p>
  <w:p w14:paraId="470A0898" w14:textId="77777777" w:rsidR="0062216A" w:rsidRDefault="006221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10C18F" w14:textId="77777777" w:rsidR="0062216A" w:rsidRDefault="006221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5646492">
    <w:abstractNumId w:val="8"/>
  </w:num>
  <w:num w:numId="2" w16cid:durableId="1110272633">
    <w:abstractNumId w:val="6"/>
  </w:num>
  <w:num w:numId="3" w16cid:durableId="528640693">
    <w:abstractNumId w:val="5"/>
  </w:num>
  <w:num w:numId="4" w16cid:durableId="466093257">
    <w:abstractNumId w:val="4"/>
  </w:num>
  <w:num w:numId="5" w16cid:durableId="1083600582">
    <w:abstractNumId w:val="7"/>
  </w:num>
  <w:num w:numId="6" w16cid:durableId="1277715713">
    <w:abstractNumId w:val="3"/>
  </w:num>
  <w:num w:numId="7" w16cid:durableId="400106264">
    <w:abstractNumId w:val="2"/>
  </w:num>
  <w:num w:numId="8" w16cid:durableId="677001578">
    <w:abstractNumId w:val="1"/>
  </w:num>
  <w:num w:numId="9" w16cid:durableId="2048793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44D3"/>
    <w:rsid w:val="0015074B"/>
    <w:rsid w:val="001879D6"/>
    <w:rsid w:val="00281723"/>
    <w:rsid w:val="0029639D"/>
    <w:rsid w:val="002B4E90"/>
    <w:rsid w:val="00326F90"/>
    <w:rsid w:val="0032737E"/>
    <w:rsid w:val="00375ADA"/>
    <w:rsid w:val="00393E65"/>
    <w:rsid w:val="00395AB0"/>
    <w:rsid w:val="00431FC6"/>
    <w:rsid w:val="005C075A"/>
    <w:rsid w:val="0062216A"/>
    <w:rsid w:val="0063504C"/>
    <w:rsid w:val="00763969"/>
    <w:rsid w:val="0080159F"/>
    <w:rsid w:val="00AA1D8D"/>
    <w:rsid w:val="00B47730"/>
    <w:rsid w:val="00CB0664"/>
    <w:rsid w:val="00DF7D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2C590C5-367E-FD4A-A108-F95B6A802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ÖZGE ÖZŞEN BATUR</cp:lastModifiedBy>
  <cp:revision>3</cp:revision>
  <dcterms:created xsi:type="dcterms:W3CDTF">2026-04-15T08:20:00Z</dcterms:created>
  <dcterms:modified xsi:type="dcterms:W3CDTF">2026-08-14T13:31:00Z</dcterms:modified>
  <cp:category/>
</cp:coreProperties>
</file>