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XSpec="center" w:tblpY="-63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5493"/>
        <w:gridCol w:w="1517"/>
        <w:gridCol w:w="1072"/>
      </w:tblGrid>
      <w:tr w:rsidR="00C05095" w:rsidRPr="00EF57E6" w14:paraId="6B58E994" w14:textId="77777777" w:rsidTr="00C05095">
        <w:trPr>
          <w:trHeight w:val="232"/>
        </w:trPr>
        <w:tc>
          <w:tcPr>
            <w:tcW w:w="1836" w:type="dxa"/>
            <w:vMerge w:val="restart"/>
            <w:tcBorders>
              <w:right w:val="nil"/>
            </w:tcBorders>
          </w:tcPr>
          <w:p w14:paraId="55B63EDB" w14:textId="77777777" w:rsidR="00C05095" w:rsidRPr="00EF57E6" w:rsidRDefault="00C05095" w:rsidP="00C05095">
            <w:pPr>
              <w:rPr>
                <w:sz w:val="20"/>
                <w:szCs w:val="20"/>
              </w:rPr>
            </w:pPr>
            <w:bookmarkStart w:id="0" w:name="_Hlk219202751"/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3330379" wp14:editId="17192096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116205</wp:posOffset>
                  </wp:positionV>
                  <wp:extent cx="1028700" cy="1028700"/>
                  <wp:effectExtent l="0" t="0" r="0" b="0"/>
                  <wp:wrapTight wrapText="bothSides">
                    <wp:wrapPolygon edited="0">
                      <wp:start x="8267" y="0"/>
                      <wp:lineTo x="5867" y="800"/>
                      <wp:lineTo x="1600" y="3467"/>
                      <wp:lineTo x="0" y="8000"/>
                      <wp:lineTo x="0" y="13333"/>
                      <wp:lineTo x="1600" y="17867"/>
                      <wp:lineTo x="7200" y="21333"/>
                      <wp:lineTo x="8533" y="21333"/>
                      <wp:lineTo x="12800" y="21333"/>
                      <wp:lineTo x="14133" y="21333"/>
                      <wp:lineTo x="19733" y="17867"/>
                      <wp:lineTo x="21333" y="13333"/>
                      <wp:lineTo x="21333" y="8000"/>
                      <wp:lineTo x="20000" y="3733"/>
                      <wp:lineTo x="15467" y="800"/>
                      <wp:lineTo x="13067" y="0"/>
                      <wp:lineTo x="8267" y="0"/>
                    </wp:wrapPolygon>
                  </wp:wrapTight>
                  <wp:docPr id="1724248541" name="Picture 1" descr="Kurumsal Kimlik | Eskişehir Osmangazi Üniversi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PIYLaPTAKsmIxc8PhYK2yA0_17" descr="Kurumsal Kimlik | Eskişehir Osmangazi Üniversi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CFEFF"/>
                              </a:clrFrom>
                              <a:clrTo>
                                <a:srgbClr val="FCFE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57E6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3A03D5FC" wp14:editId="403506EE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26035</wp:posOffset>
                      </wp:positionV>
                      <wp:extent cx="240665" cy="237490"/>
                      <wp:effectExtent l="0" t="0" r="0" b="0"/>
                      <wp:wrapNone/>
                      <wp:docPr id="3" name="Metin Kutusu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665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B2E2DE" w14:textId="77777777" w:rsidR="00C05095" w:rsidRDefault="00C05095" w:rsidP="00C05095"/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03D5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6" type="#_x0000_t202" style="position:absolute;margin-left:1.45pt;margin-top:2.05pt;width:18.95pt;height:18.7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" filled="f" stroked="f">
                      <v:textbox style="mso-fit-shape-to-text:t">
                        <w:txbxContent>
                          <w:p w14:paraId="5CB2E2DE" w14:textId="77777777" w:rsidR="00C05095" w:rsidRDefault="00C05095" w:rsidP="00C050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93" w:type="dxa"/>
            <w:vMerge w:val="restart"/>
            <w:tcBorders>
              <w:left w:val="nil"/>
            </w:tcBorders>
            <w:vAlign w:val="center"/>
          </w:tcPr>
          <w:p w14:paraId="4B963A17" w14:textId="77777777" w:rsidR="00C05095" w:rsidRPr="007F4AB3" w:rsidRDefault="00C05095" w:rsidP="00C05095">
            <w:pPr>
              <w:spacing w:line="228" w:lineRule="auto"/>
              <w:jc w:val="center"/>
              <w:rPr>
                <w:b/>
              </w:rPr>
            </w:pPr>
            <w:r w:rsidRPr="007F4AB3">
              <w:rPr>
                <w:b/>
              </w:rPr>
              <w:t>T.C.</w:t>
            </w:r>
          </w:p>
          <w:p w14:paraId="5D3F58B9" w14:textId="77777777" w:rsidR="00C05095" w:rsidRPr="007F4AB3" w:rsidRDefault="00C05095" w:rsidP="00C05095">
            <w:pPr>
              <w:spacing w:line="228" w:lineRule="auto"/>
              <w:jc w:val="center"/>
              <w:rPr>
                <w:b/>
              </w:rPr>
            </w:pPr>
            <w:r w:rsidRPr="007F4AB3">
              <w:rPr>
                <w:b/>
              </w:rPr>
              <w:t xml:space="preserve"> ESKİŞEHİR OSMANGAZİ ÜNİVERSİTESİ </w:t>
            </w:r>
          </w:p>
          <w:p w14:paraId="623B9F46" w14:textId="77777777" w:rsidR="00C05095" w:rsidRPr="00EF57E6" w:rsidRDefault="00C05095" w:rsidP="00C05095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FEN FAKÜLTESİ </w:t>
            </w:r>
          </w:p>
        </w:tc>
        <w:tc>
          <w:tcPr>
            <w:tcW w:w="1517" w:type="dxa"/>
            <w:vAlign w:val="center"/>
          </w:tcPr>
          <w:p w14:paraId="245A3A1E" w14:textId="77777777" w:rsidR="00C05095" w:rsidRPr="00EF57E6" w:rsidRDefault="00C05095" w:rsidP="00C05095">
            <w:pPr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DOKÜMAN NO</w:t>
            </w:r>
          </w:p>
        </w:tc>
        <w:tc>
          <w:tcPr>
            <w:tcW w:w="1072" w:type="dxa"/>
            <w:vAlign w:val="center"/>
          </w:tcPr>
          <w:p w14:paraId="347443C7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C05095" w:rsidRPr="00EF57E6" w14:paraId="73420496" w14:textId="77777777" w:rsidTr="00C05095">
        <w:trPr>
          <w:trHeight w:val="232"/>
        </w:trPr>
        <w:tc>
          <w:tcPr>
            <w:tcW w:w="1836" w:type="dxa"/>
            <w:vMerge/>
            <w:tcBorders>
              <w:right w:val="nil"/>
            </w:tcBorders>
          </w:tcPr>
          <w:p w14:paraId="4D05CD20" w14:textId="77777777" w:rsidR="00C05095" w:rsidRPr="00EF57E6" w:rsidRDefault="00C05095" w:rsidP="00C05095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729B0FED" w14:textId="77777777" w:rsidR="00C05095" w:rsidRPr="00EF57E6" w:rsidRDefault="00C05095" w:rsidP="00C050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41BEE5FE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YAYIN TARİHİ</w:t>
            </w:r>
          </w:p>
        </w:tc>
        <w:tc>
          <w:tcPr>
            <w:tcW w:w="1072" w:type="dxa"/>
            <w:vAlign w:val="center"/>
          </w:tcPr>
          <w:p w14:paraId="538A1485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C05095" w:rsidRPr="00EF57E6" w14:paraId="709280AF" w14:textId="77777777" w:rsidTr="00C05095">
        <w:trPr>
          <w:trHeight w:val="233"/>
        </w:trPr>
        <w:tc>
          <w:tcPr>
            <w:tcW w:w="1836" w:type="dxa"/>
            <w:vMerge/>
            <w:tcBorders>
              <w:right w:val="nil"/>
            </w:tcBorders>
          </w:tcPr>
          <w:p w14:paraId="46B6D944" w14:textId="77777777" w:rsidR="00C05095" w:rsidRPr="00EF57E6" w:rsidRDefault="00C05095" w:rsidP="00C05095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6FB9D965" w14:textId="77777777" w:rsidR="00C05095" w:rsidRPr="00EF57E6" w:rsidRDefault="00C05095" w:rsidP="00C050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47D5F3C6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REVİZYON NO</w:t>
            </w:r>
          </w:p>
        </w:tc>
        <w:tc>
          <w:tcPr>
            <w:tcW w:w="1072" w:type="dxa"/>
            <w:vAlign w:val="center"/>
          </w:tcPr>
          <w:p w14:paraId="75F5C4F9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C05095" w:rsidRPr="00EF57E6" w14:paraId="55AD066F" w14:textId="77777777" w:rsidTr="00C05095">
        <w:trPr>
          <w:trHeight w:val="232"/>
        </w:trPr>
        <w:tc>
          <w:tcPr>
            <w:tcW w:w="1836" w:type="dxa"/>
            <w:vMerge/>
            <w:tcBorders>
              <w:right w:val="nil"/>
            </w:tcBorders>
          </w:tcPr>
          <w:p w14:paraId="3F5FC012" w14:textId="77777777" w:rsidR="00C05095" w:rsidRPr="00EF57E6" w:rsidRDefault="00C05095" w:rsidP="00C05095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57584E2D" w14:textId="77777777" w:rsidR="00C05095" w:rsidRPr="00EF57E6" w:rsidRDefault="00C05095" w:rsidP="00C050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71BBF3CE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REVİZYON TAR.</w:t>
            </w:r>
          </w:p>
        </w:tc>
        <w:tc>
          <w:tcPr>
            <w:tcW w:w="1072" w:type="dxa"/>
            <w:vAlign w:val="center"/>
          </w:tcPr>
          <w:p w14:paraId="52850F69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</w:p>
        </w:tc>
      </w:tr>
      <w:tr w:rsidR="00C05095" w:rsidRPr="00EF57E6" w14:paraId="3AD9738F" w14:textId="77777777" w:rsidTr="00C05095">
        <w:trPr>
          <w:trHeight w:val="233"/>
        </w:trPr>
        <w:tc>
          <w:tcPr>
            <w:tcW w:w="1836" w:type="dxa"/>
            <w:vMerge/>
            <w:tcBorders>
              <w:right w:val="nil"/>
            </w:tcBorders>
          </w:tcPr>
          <w:p w14:paraId="69DCC19D" w14:textId="77777777" w:rsidR="00C05095" w:rsidRPr="00EF57E6" w:rsidRDefault="00C05095" w:rsidP="00C05095">
            <w:pPr>
              <w:rPr>
                <w:sz w:val="48"/>
                <w:szCs w:val="48"/>
              </w:rPr>
            </w:pPr>
          </w:p>
        </w:tc>
        <w:tc>
          <w:tcPr>
            <w:tcW w:w="5493" w:type="dxa"/>
            <w:vMerge/>
            <w:tcBorders>
              <w:left w:val="nil"/>
            </w:tcBorders>
          </w:tcPr>
          <w:p w14:paraId="54FC9673" w14:textId="77777777" w:rsidR="00C05095" w:rsidRPr="00EF57E6" w:rsidRDefault="00C05095" w:rsidP="00C0509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7" w:type="dxa"/>
            <w:vAlign w:val="center"/>
          </w:tcPr>
          <w:p w14:paraId="7924A1A0" w14:textId="77777777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EF57E6">
              <w:rPr>
                <w:b/>
                <w:sz w:val="16"/>
                <w:szCs w:val="16"/>
              </w:rPr>
              <w:t>SAYFA</w:t>
            </w:r>
          </w:p>
        </w:tc>
        <w:tc>
          <w:tcPr>
            <w:tcW w:w="1072" w:type="dxa"/>
            <w:vAlign w:val="center"/>
          </w:tcPr>
          <w:p w14:paraId="0D596DE4" w14:textId="4CCBA91A" w:rsidR="00C05095" w:rsidRPr="00EF57E6" w:rsidRDefault="00C05095" w:rsidP="00C05095">
            <w:pPr>
              <w:tabs>
                <w:tab w:val="left" w:pos="1198"/>
              </w:tabs>
              <w:rPr>
                <w:b/>
                <w:sz w:val="16"/>
                <w:szCs w:val="16"/>
              </w:rPr>
            </w:pPr>
            <w:r w:rsidRPr="00780B98">
              <w:rPr>
                <w:b/>
                <w:bCs/>
                <w:sz w:val="16"/>
                <w:szCs w:val="16"/>
              </w:rPr>
              <w:fldChar w:fldCharType="begin"/>
            </w:r>
            <w:r w:rsidRPr="00780B98">
              <w:rPr>
                <w:b/>
                <w:bCs/>
                <w:sz w:val="16"/>
                <w:szCs w:val="16"/>
              </w:rPr>
              <w:instrText>PAGE  \* Arabic  \* MERGEFORMAT</w:instrText>
            </w:r>
            <w:r w:rsidRPr="00780B98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80B98">
              <w:rPr>
                <w:b/>
                <w:bCs/>
                <w:sz w:val="16"/>
                <w:szCs w:val="16"/>
              </w:rPr>
              <w:fldChar w:fldCharType="end"/>
            </w:r>
            <w:r w:rsidRPr="00780B98">
              <w:rPr>
                <w:b/>
                <w:sz w:val="16"/>
                <w:szCs w:val="16"/>
              </w:rPr>
              <w:t xml:space="preserve"> / </w:t>
            </w:r>
            <w:r w:rsidRPr="00780B98">
              <w:rPr>
                <w:b/>
                <w:bCs/>
                <w:sz w:val="16"/>
                <w:szCs w:val="16"/>
              </w:rPr>
              <w:fldChar w:fldCharType="begin"/>
            </w:r>
            <w:r w:rsidRPr="00780B98">
              <w:rPr>
                <w:b/>
                <w:bCs/>
                <w:sz w:val="16"/>
                <w:szCs w:val="16"/>
              </w:rPr>
              <w:instrText>NUMPAGES  \* Arabic  \* MERGEFORMAT</w:instrText>
            </w:r>
            <w:r w:rsidRPr="00780B98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80B98">
              <w:rPr>
                <w:b/>
                <w:bCs/>
                <w:sz w:val="16"/>
                <w:szCs w:val="16"/>
              </w:rPr>
              <w:fldChar w:fldCharType="end"/>
            </w:r>
          </w:p>
        </w:tc>
      </w:tr>
    </w:tbl>
    <w:bookmarkEnd w:id="0"/>
    <w:p w14:paraId="48B02EC6" w14:textId="6D425E8A" w:rsidR="007808D3" w:rsidRDefault="001221E7" w:rsidP="00C05095">
      <w:pPr>
        <w:pStyle w:val="Balk1"/>
        <w:jc w:val="center"/>
      </w:pPr>
      <w:proofErr w:type="spellStart"/>
      <w:r>
        <w:t>Cihaz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Talimatı</w:t>
      </w:r>
      <w:proofErr w:type="spellEnd"/>
      <w:r>
        <w:t xml:space="preserve"> ve </w:t>
      </w:r>
      <w:proofErr w:type="spellStart"/>
      <w:r>
        <w:t>Eğitim</w:t>
      </w:r>
      <w:proofErr w:type="spellEnd"/>
      <w:r>
        <w:t xml:space="preserve"> Beyan </w:t>
      </w:r>
      <w:proofErr w:type="spellStart"/>
      <w:r>
        <w:t>Formu</w:t>
      </w:r>
      <w:proofErr w:type="spellEnd"/>
    </w:p>
    <w:p w14:paraId="29FF3D45" w14:textId="4CCC1C87" w:rsidR="007808D3" w:rsidRDefault="007808D3"/>
    <w:p w14:paraId="6470E2CE" w14:textId="59B9F5BD" w:rsidR="00CF083B" w:rsidRPr="00CF083B" w:rsidRDefault="001221E7">
      <w:pPr>
        <w:rPr>
          <w:b/>
          <w:bCs/>
          <w:u w:val="single"/>
        </w:rPr>
      </w:pPr>
      <w:r w:rsidRPr="00CF083B">
        <w:rPr>
          <w:b/>
          <w:bCs/>
        </w:rPr>
        <w:t>Cihaz Adı:</w:t>
      </w:r>
      <w:r>
        <w:t xml:space="preserve"> ........................................................  </w:t>
      </w:r>
      <w:r>
        <w:br/>
      </w:r>
      <w:r w:rsidRPr="00CF083B">
        <w:rPr>
          <w:b/>
          <w:bCs/>
        </w:rPr>
        <w:t>Marka/Model:</w:t>
      </w:r>
      <w:r>
        <w:t xml:space="preserve"> ....................................................  </w:t>
      </w:r>
      <w:r>
        <w:br/>
      </w:r>
      <w:r w:rsidRPr="00CF083B">
        <w:rPr>
          <w:b/>
          <w:bCs/>
        </w:rPr>
        <w:t>Laboratuvar Adı:</w:t>
      </w:r>
      <w:r>
        <w:t xml:space="preserve"> ...............................................  </w:t>
      </w:r>
      <w:r>
        <w:br/>
      </w:r>
      <w:r w:rsidRPr="00CF083B">
        <w:rPr>
          <w:b/>
          <w:bCs/>
        </w:rPr>
        <w:t>Eğitim Veren Sorumlu:</w:t>
      </w:r>
      <w:r>
        <w:t xml:space="preserve"> ......................................  </w:t>
      </w:r>
      <w:r>
        <w:br/>
      </w:r>
      <w:r w:rsidRPr="00CF083B">
        <w:rPr>
          <w:b/>
          <w:bCs/>
        </w:rPr>
        <w:t xml:space="preserve">Eğitim Tarihi: </w:t>
      </w:r>
      <w:r>
        <w:t>....................................................</w:t>
      </w:r>
      <w:r>
        <w:br/>
      </w:r>
      <w:r>
        <w:br/>
      </w:r>
      <w:proofErr w:type="spellStart"/>
      <w:r w:rsidRPr="00CF083B">
        <w:rPr>
          <w:b/>
          <w:bCs/>
          <w:u w:val="single"/>
        </w:rPr>
        <w:t>Cihaz</w:t>
      </w:r>
      <w:proofErr w:type="spellEnd"/>
      <w:r w:rsidRPr="00CF083B">
        <w:rPr>
          <w:b/>
          <w:bCs/>
          <w:u w:val="single"/>
        </w:rPr>
        <w:t xml:space="preserve"> </w:t>
      </w:r>
      <w:proofErr w:type="spellStart"/>
      <w:r w:rsidRPr="00CF083B">
        <w:rPr>
          <w:b/>
          <w:bCs/>
          <w:u w:val="single"/>
        </w:rPr>
        <w:t>Kullanım</w:t>
      </w:r>
      <w:proofErr w:type="spellEnd"/>
      <w:r w:rsidRPr="00CF083B">
        <w:rPr>
          <w:b/>
          <w:bCs/>
          <w:u w:val="single"/>
        </w:rPr>
        <w:t xml:space="preserve"> </w:t>
      </w:r>
      <w:proofErr w:type="spellStart"/>
      <w:r w:rsidRPr="00CF083B">
        <w:rPr>
          <w:b/>
          <w:bCs/>
          <w:u w:val="single"/>
        </w:rPr>
        <w:t>Talimatı</w:t>
      </w:r>
      <w:proofErr w:type="spellEnd"/>
      <w:r w:rsidRPr="00CF083B">
        <w:rPr>
          <w:b/>
          <w:bCs/>
          <w:u w:val="single"/>
        </w:rPr>
        <w:t>:</w:t>
      </w:r>
    </w:p>
    <w:p w14:paraId="3FDE43A7" w14:textId="5018DA05" w:rsidR="007808D3" w:rsidRDefault="001221E7" w:rsidP="007F6D14">
      <w:r>
        <w:t>(</w:t>
      </w:r>
      <w:proofErr w:type="spellStart"/>
      <w:r>
        <w:t>Cihazın</w:t>
      </w:r>
      <w:proofErr w:type="spellEnd"/>
      <w:r>
        <w:t xml:space="preserve"> </w:t>
      </w:r>
      <w:proofErr w:type="spellStart"/>
      <w:r>
        <w:t>güvenli</w:t>
      </w:r>
      <w:proofErr w:type="spellEnd"/>
      <w:r>
        <w:t xml:space="preserve"> ve </w:t>
      </w:r>
      <w:proofErr w:type="spellStart"/>
      <w:r>
        <w:t>doğru</w:t>
      </w:r>
      <w:proofErr w:type="spellEnd"/>
      <w:r>
        <w:t xml:space="preserve"> </w:t>
      </w:r>
      <w:proofErr w:type="spellStart"/>
      <w:r>
        <w:t>kullanımına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detaylı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kullanım talimatı burada yer alacaktır.)</w:t>
      </w:r>
      <w:r>
        <w:br/>
      </w:r>
      <w:r>
        <w:br/>
      </w:r>
      <w:r w:rsidRPr="00CF083B">
        <w:rPr>
          <w:b/>
          <w:bCs/>
          <w:u w:val="single"/>
        </w:rPr>
        <w:t>Öğrenci Beyanı:</w:t>
      </w:r>
      <w:r w:rsidRPr="00CF083B">
        <w:rPr>
          <w:b/>
          <w:bCs/>
          <w:u w:val="single"/>
        </w:rPr>
        <w:br/>
      </w:r>
      <w:r>
        <w:rPr>
          <w:rFonts w:ascii="Segoe UI Symbol" w:hAnsi="Segoe UI Symbol" w:cs="Segoe UI Symbol"/>
        </w:rPr>
        <w:t>☐</w:t>
      </w:r>
      <w:r>
        <w:t xml:space="preserve"> Cihaz kullanım talimatını okudum, anladım ve bu talimatlara uygun şekilde çalışacağımı beyan ederim.  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rPr>
          <w:rFonts w:ascii="Cambria" w:hAnsi="Cambria" w:cs="Cambria"/>
        </w:rPr>
        <w:t>İ</w:t>
      </w:r>
      <w:r>
        <w:t>lgili</w:t>
      </w:r>
      <w:proofErr w:type="spellEnd"/>
      <w:r>
        <w:t xml:space="preserve"> </w:t>
      </w:r>
      <w:proofErr w:type="spellStart"/>
      <w:r>
        <w:t>cihazla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laboratuvar</w:t>
      </w:r>
      <w:proofErr w:type="spellEnd"/>
      <w:r>
        <w:t xml:space="preserve"> sorumlusu taraf</w:t>
      </w:r>
      <w:r>
        <w:rPr>
          <w:rFonts w:ascii="Cambria" w:hAnsi="Cambria" w:cs="Cambria"/>
        </w:rPr>
        <w:t>ı</w:t>
      </w:r>
      <w:r>
        <w:t>ndan verilen e</w:t>
      </w:r>
      <w:r>
        <w:rPr>
          <w:rFonts w:ascii="Cambria" w:hAnsi="Cambria" w:cs="Cambria"/>
        </w:rPr>
        <w:t>ğ</w:t>
      </w:r>
      <w:r>
        <w:t>itimi eksiksiz ald</w:t>
      </w:r>
      <w:r>
        <w:rPr>
          <w:rFonts w:ascii="Cambria" w:hAnsi="Cambria" w:cs="Cambria"/>
        </w:rPr>
        <w:t>ı</w:t>
      </w:r>
      <w:r>
        <w:t xml:space="preserve">m.  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Herhangi bir </w:t>
      </w:r>
      <w:proofErr w:type="spellStart"/>
      <w:r>
        <w:t>teredd</w:t>
      </w:r>
      <w:r>
        <w:rPr>
          <w:rFonts w:ascii="Cambria" w:hAnsi="Cambria" w:cs="Cambria"/>
        </w:rPr>
        <w:t>ü</w:t>
      </w:r>
      <w:r>
        <w:t>t</w:t>
      </w:r>
      <w:proofErr w:type="spellEnd"/>
      <w:r>
        <w:t xml:space="preserve"> </w:t>
      </w:r>
      <w:proofErr w:type="spellStart"/>
      <w:r>
        <w:t>durumunda</w:t>
      </w:r>
      <w:proofErr w:type="spellEnd"/>
      <w:r>
        <w:t xml:space="preserve"> </w:t>
      </w:r>
      <w:proofErr w:type="spellStart"/>
      <w:r>
        <w:t>sorumludan</w:t>
      </w:r>
      <w:proofErr w:type="spellEnd"/>
      <w:r>
        <w:t xml:space="preserve"> </w:t>
      </w:r>
      <w:proofErr w:type="spellStart"/>
      <w:r>
        <w:t>destek</w:t>
      </w:r>
      <w:proofErr w:type="spellEnd"/>
      <w:r>
        <w:t xml:space="preserve"> </w:t>
      </w:r>
      <w:proofErr w:type="spellStart"/>
      <w:r>
        <w:t>alaca</w:t>
      </w:r>
      <w:r>
        <w:rPr>
          <w:rFonts w:ascii="Cambria" w:hAnsi="Cambria" w:cs="Cambria"/>
        </w:rPr>
        <w:t>ğı</w:t>
      </w:r>
      <w:r>
        <w:t>m</w:t>
      </w:r>
      <w:r>
        <w:rPr>
          <w:rFonts w:ascii="Cambria" w:hAnsi="Cambria" w:cs="Cambria"/>
        </w:rPr>
        <w:t>ı</w:t>
      </w:r>
      <w:proofErr w:type="spellEnd"/>
      <w:r>
        <w:t xml:space="preserve"> </w:t>
      </w:r>
      <w:proofErr w:type="spellStart"/>
      <w:r>
        <w:t>taahh</w:t>
      </w:r>
      <w:r>
        <w:rPr>
          <w:rFonts w:ascii="Cambria" w:hAnsi="Cambria" w:cs="Cambria"/>
        </w:rPr>
        <w:t>ü</w:t>
      </w:r>
      <w:r>
        <w:t>t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  <w:r>
        <w:br/>
      </w:r>
      <w:r>
        <w:br/>
      </w:r>
    </w:p>
    <w:tbl>
      <w:tblPr>
        <w:tblStyle w:val="TabloKlavuzu"/>
        <w:tblW w:w="92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409"/>
      </w:tblGrid>
      <w:tr w:rsidR="00CF083B" w14:paraId="2E6FDFFF" w14:textId="77777777" w:rsidTr="00550BBB">
        <w:trPr>
          <w:trHeight w:val="311"/>
        </w:trPr>
        <w:tc>
          <w:tcPr>
            <w:tcW w:w="2835" w:type="dxa"/>
          </w:tcPr>
          <w:p w14:paraId="08E2AF24" w14:textId="3037A8E8" w:rsidR="00DE7E8F" w:rsidRPr="00DE7E8F" w:rsidRDefault="00550BBB" w:rsidP="000C48C9">
            <w:pPr>
              <w:spacing w:line="48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Sorumlu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Öğretim</w:t>
            </w:r>
            <w:proofErr w:type="spellEnd"/>
            <w:r>
              <w:rPr>
                <w:b/>
                <w:bCs/>
              </w:rPr>
              <w:t xml:space="preserve"> Üyesi</w:t>
            </w:r>
            <w:r w:rsidR="00DE7E8F" w:rsidRPr="00DE7E8F">
              <w:rPr>
                <w:b/>
                <w:bCs/>
              </w:rPr>
              <w:t>;</w:t>
            </w:r>
            <w:r w:rsidR="00DE7E8F">
              <w:rPr>
                <w:b/>
                <w:bCs/>
              </w:rPr>
              <w:t xml:space="preserve">                                             </w:t>
            </w:r>
          </w:p>
          <w:p w14:paraId="0E94F3FB" w14:textId="0BE55E5C" w:rsidR="00CF083B" w:rsidRDefault="00CF083B" w:rsidP="000C48C9">
            <w:pPr>
              <w:spacing w:line="480" w:lineRule="auto"/>
            </w:pPr>
            <w:proofErr w:type="spellStart"/>
            <w:r>
              <w:t>Ad</w:t>
            </w:r>
            <w:proofErr w:type="spellEnd"/>
            <w:r>
              <w:t xml:space="preserve"> Soyad:</w:t>
            </w:r>
            <w:r w:rsidR="00DE7E8F">
              <w:t xml:space="preserve">                                                                                                                                 </w:t>
            </w:r>
          </w:p>
        </w:tc>
        <w:tc>
          <w:tcPr>
            <w:tcW w:w="6409" w:type="dxa"/>
          </w:tcPr>
          <w:p w14:paraId="30BBEE5A" w14:textId="52A10884" w:rsidR="00CF083B" w:rsidRPr="00DE7E8F" w:rsidRDefault="00DE7E8F" w:rsidP="000C48C9">
            <w:pPr>
              <w:spacing w:line="480" w:lineRule="auto"/>
              <w:rPr>
                <w:b/>
                <w:bCs/>
              </w:rPr>
            </w:pPr>
            <w:r w:rsidRPr="00DE7E8F">
              <w:rPr>
                <w:b/>
                <w:bCs/>
              </w:rPr>
              <w:t xml:space="preserve">                                               </w:t>
            </w:r>
            <w:proofErr w:type="spellStart"/>
            <w:r w:rsidRPr="00DE7E8F">
              <w:rPr>
                <w:b/>
                <w:bCs/>
              </w:rPr>
              <w:t>Öğrenci</w:t>
            </w:r>
            <w:proofErr w:type="spellEnd"/>
            <w:r w:rsidR="000F6870">
              <w:rPr>
                <w:b/>
                <w:bCs/>
              </w:rPr>
              <w:t>;</w:t>
            </w:r>
          </w:p>
          <w:p w14:paraId="0360AA3F" w14:textId="13CA946C" w:rsidR="00DE7E8F" w:rsidRDefault="00DE7E8F" w:rsidP="000C48C9">
            <w:pPr>
              <w:spacing w:line="480" w:lineRule="auto"/>
            </w:pPr>
            <w:r>
              <w:t xml:space="preserve">                                               </w:t>
            </w:r>
            <w:proofErr w:type="spellStart"/>
            <w:r>
              <w:t>Ad</w:t>
            </w:r>
            <w:proofErr w:type="spellEnd"/>
            <w:r>
              <w:t xml:space="preserve"> </w:t>
            </w:r>
            <w:proofErr w:type="spellStart"/>
            <w:r>
              <w:t>Soyad</w:t>
            </w:r>
            <w:proofErr w:type="spellEnd"/>
            <w:r>
              <w:t>:</w:t>
            </w:r>
          </w:p>
        </w:tc>
      </w:tr>
      <w:tr w:rsidR="00DE7E8F" w14:paraId="4CA5C22E" w14:textId="77777777" w:rsidTr="00550BBB">
        <w:trPr>
          <w:trHeight w:val="324"/>
        </w:trPr>
        <w:tc>
          <w:tcPr>
            <w:tcW w:w="2835" w:type="dxa"/>
          </w:tcPr>
          <w:p w14:paraId="14F0FA74" w14:textId="77777777" w:rsidR="00DE7E8F" w:rsidRDefault="00DE7E8F" w:rsidP="00DE7E8F">
            <w:pPr>
              <w:spacing w:line="480" w:lineRule="auto"/>
            </w:pPr>
            <w:r>
              <w:t>Tarih:</w:t>
            </w:r>
          </w:p>
        </w:tc>
        <w:tc>
          <w:tcPr>
            <w:tcW w:w="6409" w:type="dxa"/>
          </w:tcPr>
          <w:p w14:paraId="7BC4EC2F" w14:textId="48180E09" w:rsidR="00DE7E8F" w:rsidRDefault="00DE7E8F" w:rsidP="00DE7E8F">
            <w:pPr>
              <w:spacing w:line="480" w:lineRule="auto"/>
            </w:pPr>
            <w:r>
              <w:t xml:space="preserve">                                               Tarih:</w:t>
            </w:r>
          </w:p>
        </w:tc>
      </w:tr>
      <w:tr w:rsidR="00DE7E8F" w14:paraId="7A9FB416" w14:textId="77777777" w:rsidTr="00550BBB">
        <w:trPr>
          <w:trHeight w:val="311"/>
        </w:trPr>
        <w:tc>
          <w:tcPr>
            <w:tcW w:w="2835" w:type="dxa"/>
          </w:tcPr>
          <w:p w14:paraId="0E174956" w14:textId="3B7FEB64" w:rsidR="00DE7E8F" w:rsidRDefault="00DE7E8F" w:rsidP="00DE7E8F">
            <w:pPr>
              <w:spacing w:line="480" w:lineRule="auto"/>
            </w:pPr>
            <w:proofErr w:type="spellStart"/>
            <w:r>
              <w:t>İmza</w:t>
            </w:r>
            <w:proofErr w:type="spellEnd"/>
            <w:r>
              <w:t xml:space="preserve">:                                                   </w:t>
            </w:r>
          </w:p>
        </w:tc>
        <w:tc>
          <w:tcPr>
            <w:tcW w:w="6409" w:type="dxa"/>
          </w:tcPr>
          <w:p w14:paraId="2E652DED" w14:textId="2898264A" w:rsidR="00DE7E8F" w:rsidRDefault="00DE7E8F" w:rsidP="00DE7E8F">
            <w:pPr>
              <w:spacing w:line="480" w:lineRule="auto"/>
            </w:pPr>
            <w:r>
              <w:t xml:space="preserve">                                               </w:t>
            </w:r>
            <w:proofErr w:type="spellStart"/>
            <w:r>
              <w:t>İmza</w:t>
            </w:r>
            <w:proofErr w:type="spellEnd"/>
            <w:r>
              <w:t>:</w:t>
            </w:r>
          </w:p>
        </w:tc>
      </w:tr>
    </w:tbl>
    <w:p w14:paraId="6B1137C2" w14:textId="77777777" w:rsidR="00CF083B" w:rsidRDefault="00CF083B"/>
    <w:sectPr w:rsidR="00CF083B" w:rsidSect="00D7140B">
      <w:headerReference w:type="default" r:id="rId9"/>
      <w:pgSz w:w="12240" w:h="15840"/>
      <w:pgMar w:top="1440" w:right="1800" w:bottom="1440" w:left="1800" w:header="44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2E30F6" w14:textId="77777777" w:rsidR="00102DE2" w:rsidRDefault="00102DE2" w:rsidP="00D7140B">
      <w:pPr>
        <w:spacing w:after="0" w:line="240" w:lineRule="auto"/>
      </w:pPr>
      <w:r>
        <w:separator/>
      </w:r>
    </w:p>
  </w:endnote>
  <w:endnote w:type="continuationSeparator" w:id="0">
    <w:p w14:paraId="13E7B813" w14:textId="77777777" w:rsidR="00102DE2" w:rsidRDefault="00102DE2" w:rsidP="00D71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C7CCF5" w14:textId="77777777" w:rsidR="00102DE2" w:rsidRDefault="00102DE2" w:rsidP="00D7140B">
      <w:pPr>
        <w:spacing w:after="0" w:line="240" w:lineRule="auto"/>
      </w:pPr>
      <w:r>
        <w:separator/>
      </w:r>
    </w:p>
  </w:footnote>
  <w:footnote w:type="continuationSeparator" w:id="0">
    <w:p w14:paraId="40DDE00A" w14:textId="77777777" w:rsidR="00102DE2" w:rsidRDefault="00102DE2" w:rsidP="00D71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5E716A" w14:textId="35D30514" w:rsidR="00D7140B" w:rsidRDefault="00D7140B">
    <w:pPr>
      <w:pStyle w:val="stBilgi"/>
    </w:pPr>
    <w:r>
      <w:t>EK1</w:t>
    </w:r>
  </w:p>
  <w:p w14:paraId="1A260DB2" w14:textId="77777777" w:rsidR="00D7140B" w:rsidRDefault="00D7140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0622730">
    <w:abstractNumId w:val="8"/>
  </w:num>
  <w:num w:numId="2" w16cid:durableId="443312652">
    <w:abstractNumId w:val="6"/>
  </w:num>
  <w:num w:numId="3" w16cid:durableId="1042287957">
    <w:abstractNumId w:val="5"/>
  </w:num>
  <w:num w:numId="4" w16cid:durableId="1362826538">
    <w:abstractNumId w:val="4"/>
  </w:num>
  <w:num w:numId="5" w16cid:durableId="1217473731">
    <w:abstractNumId w:val="7"/>
  </w:num>
  <w:num w:numId="6" w16cid:durableId="355810112">
    <w:abstractNumId w:val="3"/>
  </w:num>
  <w:num w:numId="7" w16cid:durableId="2134519105">
    <w:abstractNumId w:val="2"/>
  </w:num>
  <w:num w:numId="8" w16cid:durableId="137308897">
    <w:abstractNumId w:val="1"/>
  </w:num>
  <w:num w:numId="9" w16cid:durableId="19050243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870"/>
    <w:rsid w:val="00102DE2"/>
    <w:rsid w:val="001221E7"/>
    <w:rsid w:val="0015074B"/>
    <w:rsid w:val="0029639D"/>
    <w:rsid w:val="00326F90"/>
    <w:rsid w:val="0032737E"/>
    <w:rsid w:val="00375ADA"/>
    <w:rsid w:val="00550BBB"/>
    <w:rsid w:val="005C075A"/>
    <w:rsid w:val="0063504C"/>
    <w:rsid w:val="007808D3"/>
    <w:rsid w:val="007F6D14"/>
    <w:rsid w:val="00AA1D8D"/>
    <w:rsid w:val="00B47730"/>
    <w:rsid w:val="00BF5A19"/>
    <w:rsid w:val="00C05095"/>
    <w:rsid w:val="00CB0664"/>
    <w:rsid w:val="00CF083B"/>
    <w:rsid w:val="00D7140B"/>
    <w:rsid w:val="00DE7E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2C590C5-367E-FD4A-A108-F95B6A80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ÖZGE ÖZŞEN BATUR</cp:lastModifiedBy>
  <cp:revision>7</cp:revision>
  <dcterms:created xsi:type="dcterms:W3CDTF">2026-04-15T06:24:00Z</dcterms:created>
  <dcterms:modified xsi:type="dcterms:W3CDTF">2026-08-14T13:30:00Z</dcterms:modified>
  <cp:category/>
</cp:coreProperties>
</file>